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לכדורגל: קבוצה, סמל, חולצה, 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וכתיבה של מילים פשוטות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דמיון ויצירה סביב קבוצת כדורגל דמיונית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הסמל מופיע על החולצה כדי לזהות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מגרש כדורגל הוא בחוץ, מקום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בדרך כלל כל הקבוצה לובשת אותה חולצה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(ציור שמזהה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(המקום שבו 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שבועטים אליו 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(הבגד של השחקנים)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משימות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שם לקבוצה הדמיונית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לצייר סמל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לצייר חולצה עם הסמל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לצייר שחקן או שחקנית חוגגים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שם קבוצה וסמל פשוט, קשור לתוכן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 הוא ציור שמזהה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חולצה היא הבגד של השחקנים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במגרש משחקים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הציור בפועל אחרי מילוי הדף, ולחבר בין המילים לציור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המשימות בקול רם לפני שהתלמידים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תרגלו מילים שקשורות לעיצוב קבוצת כדורגל - חולצה, סמל, מגרש ושחקנים. אחר כך תוכלו גם לצייר בעצמכם.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כדור  ·  חולצה  ·  מגרש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מציירים כדי שיזהו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סמל הקבוצה מצויר בדרך כלל על החולצה.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מגרש כדורגל זה מקום בתוך הבית.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שחקן בקבוצה לובש חולצה אחרת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השחקנים לובשים __________ עם סמל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לכבוש שער צריך לבעוט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המשחק מתקיים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שבועטים אליו 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הבגד של השחקנים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ציור שמזהה את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משימות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לצייר שחקן או שחקנית חוגגים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לצייר חולצה עם הסמל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שם לקבוצה הדמיונית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לצייר סמל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או כתבו: איך נקראת הקבוצה הדמיונית שלכם, ומה יש בסמל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סמל של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מילה מתארת את הבגד שהשחקנים לובשים?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לקבוצת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