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לכדורגל: קבוצה, סמל, חולצה, 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וכתיבה של מילים פשוטות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דמיון ויצירה סביב קבוצת כדורגל דמיונית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חוגגים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הסמל מופיע על החולצה כדי לזהות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מגרש כדורגל הוא בחוץ, מקום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בדרך כלל כל הקבוצה לובשת אותה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שחקנים שמחים ורצים כשכובשים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לדמיין ולצייר קבוצה חדשה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(ציור שמזהה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(המקום שבו 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שבועטים אליו 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(הבגד של השחקנים)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(שמחה אחרי כיבוש שער)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משימות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שם לקבוצה הדמיונית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לצייר סמל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לצייר חולצה עם הסמל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לצייר שחקן או שחקנית חוגגים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שם קבוצה וסמל פשוט, קשור לתוכן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חולצה עם סמל וצבעים, הסבר קצר בעל פה או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 הוא ציור שמזהה את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חולצה היא הבגד של השחקנים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במגרש משחקים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הציור בפועל אחרי מילוי הדף, ולחבר בין המילים לציור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המשימות בקול רם לפני שהתלמידים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כדורגל. יש חולצה, סמל, מגרש ושחקן. בסוף אפשר גם לצייר.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שחקנים ששוחקים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סֵמֶל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שמזהה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חוּלְצָה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הבגד שהשחקנים לובשים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מִגְרָשׁ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שַׁחְקָן / שַׁחְקָנִית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ששוחק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שצריך לבעוט אליו את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בְּעִיטָה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לכדור עם הרגל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חֲגִיגָה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לשמוח כשכובשים 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מזהה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השחקנים לובשים?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כשיש 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מזיזים את הכדור עם הרגל?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הקבוצה מצויר בדרך כלל על החולצה.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זה מקום בתוך הבית.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בקבוצה לובש חולצה אחרת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כשכובשים 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לצייר קבוצה דמיונית משלכם.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השחקנים לובשים __________ עם סמל 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לכבוש שער צריך לבעוט 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המשחק מתקיים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הציור הקטן שמזהה קבוצה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ששוחק במשחק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שבועטים אליו 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שמזהה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הבגד של השחקנים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שמחה אחרי כיבוש 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משימות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חולצה עם הסמל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שם לקבוצה הדמיונית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שחקן או שחקנית חוגגים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סמל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או כתבו: איך נקראת הקבוצה הדמיונית שלכם, ומה יש בסמל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את החולצה של הקבוצה שלכם עם הסמל, ותארו בקצרה מה הצבעים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סמל של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מתארת את הבגד שהשחקנים לובשים?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משחקים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לקבוצת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